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בלתי צפוי וטוב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סופגניות ולביבות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החודש שבו מתחיל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יום מוסיפים עוד נר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(דבר מיוחד ובלתי צפוי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(אמונה שהעתיד יהיה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(התמודדות עם פחד למען מטרה חשובה)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אסרו על היהודים לקיים את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למרוד ביוונים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ושחררו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בבית המקדש רק פך שמן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לערכי אור, נס, תקווה או ערבות הדדית; יש לבדוק שהתלמיד כתב רעיון ברור וקשור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אור, נס, תקווה, אומץ או 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הקיר בכיתה לפני ביצוע הדף כדי לחבר בין התמונה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הערכים שעלו בפינת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הקיר של חודש כסליו יש מידע על החודש העברי, על חג החנוכה ועל ערכים כמו אור, נס ותקווה. בדף הזה נתרגל את התוכן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שמונה  ·  שמן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נלחם ביוונים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הפלישתים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רגיל שקורה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בלתי צפוי וטוב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מאכל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אוכלים בחנוכה לזכר נס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תפוחים ודבש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יום של חנוכה מדליקים פחות נרות.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חנוכה נמשך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מטגנים לביבות וסופגניות בשמן כדי לזכור את נס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ערך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התמודדות עם פחד למען מטרה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מיוחד ובלתי צפוי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סיפור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היהודים ניצחו ושחררו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בבית המקדש רק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יצאו למרוד ביוונים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אסרו על היהודים לקיים את המצוות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שניים: מהו 'האור שלי' - משאלה, מילה טובה או מעשה טוב שתרצו לעשות בחודש כסליו?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החודש העברי שבו חל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