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חודש כסליו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משהו בלתי צפוי וטוב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סופגניות ולביבות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כסליו הוא החודש שבו מתחיל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יום מוסיפים עוד נר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משחקים בו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ערבות הדדית היא עזרה בין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מספר הסיפור המסורתי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דצמבר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ערך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(ניצחון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(דבר מיוחד ובלתי צפוי שקרה)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(אמונה שהעתיד יהיה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(התמודדות עם פחד למען מטרה חשובה)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(אנשים עוזרים ודואגים אחד לשני)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אסרו על היהודים לקיים את המצוות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יצאו למרוד ביוונים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היהודים ניצחו ושחררו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מצאו בבית המקדש רק פך שמן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השמן דלק שמונה ימים במקום יום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הקשורה לערכי אור, נס, תקווה או ערבות הדדית; יש לבדוק שהתלמיד כתב רעיון ברור וקשור לנושא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כסליו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ערך כמו אור, נס, תקווה, אומץ או ערבות הדדית עם הסבר קצר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הקיר בכיתה לפני ביצוע הדף כדי לחבר בין התמונה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בשיחה קצרה על הערכים שעלו בפינת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כסליו חוגגים את חג החנוכה. בדף הזה נלמד מילים וסיפורים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עברי, בו חל חג החנוכה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שמונה ימים לזכר נס פך השמן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עם מקום לתשעה נרות, מדליקים בו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עם ארבע אותיות, משחקים בו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ובלתי צפוי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הלוחמים שניצחו את היוונים בסיפור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לביבות וסופגניות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מאכלים מטוגנים בשמן, אוכלים אותם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דואגים ועוזרים אחד לשני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ניצח ביוונים?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הפלישתים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דלק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רגיל שקורה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בלתי צפוי וטוב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מאכל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תפוחים ודבש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סופגניות ולביבות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חודש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אותיות על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חל בחודש כסליו.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יום של חנוכה מדליקים פחות נרות.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משחק הקשור לחג החנוכה.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הערך 'ערבות הדדית' פירושו שכל אחד דואג רק לעצמו.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 פך השמן קרה בבית המקדש.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חנוכה נמשך __________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יום של החג מוסיפים נר חדש בחנוכייה, עד שבסוף יש שמונה נרות ועוד נר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מטגנים לביבות וסופגניות בשמן כדי לזכור את נס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על הסביבון יש __________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חודש כסליו מגיע לרוב בחודשים הלועזיים נובמבר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ערך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אמונה שהעתיד יהיה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התמודדות עם פחד למען מטרה חשובה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ניצחון על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עוזרים ודואגים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מיוחד ובלתי צפוי שקרה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סיפור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דלק שמונה ימים במקום יום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ניצחו ושחררו את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בבית המקדש רק פך שמן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אסרו על היהודים לקיים את המצוות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יצאו למרוד ביוונים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שניים: מהו 'האור שלי' - משאלה, מילה טובה או מעשה טוב שתרצו לעשות בחודש כסליו?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החודש העברי שבו חל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אחד שקשור לחג, והסבירו במשפט אחד מה הוא אומר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